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להקמת יישוב ולהתפתחותו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בציר זמן מהעבר להיום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המייסדים והתושבים הוותיקים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הגיעו ראשונים ובדקו את התנאים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ארכיון הוא מקום לתמונות ומסמכים ישנים, לא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תושב ותיק הוא מי שגר ביישוב הרבה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השביל הפך לכביש רק מאוחר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מים, אדמה 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בארכיון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(בור עמוק שמוציאים ממנו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לתמונות ומסמכים 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(ציור קטן שמייצג את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(גר ביישוב הרבה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מהראשון לאחרון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המקום היה ריק – שדות וגבעות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הגיעו המייסדים ובדקו מים, אדמה 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הקימו בתים קטנים ושתלו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הגיעו משפחות חדשות ונפתח גן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מיינו: פעם או היום?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האנשים הראשונים שהתחילו את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פעם היה קטן ופשוט, היום גדול ומפותח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תמונות ומסמכים ישנים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ישנות של היישוב כדי להמחיש את השינוי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משימת הסידור הכרונולוגי בקבוצות קטנות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משימת הכתיבה לראיון אמיתי עם קרוב משפחה ותיק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איך יישוב קטן הופך עם הזמן למקום גדול ומלא חיים, ומי הם האנשים שהתחילו את הסיפור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ארכיון  ·  ותיק  ·  סמל  ·  מייסדים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המייסדים הם האנשים הראשונים שהתחילו את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ארכיון הוא מקום שבו שומרים 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תושב ותיק הוא מי שהגיע ליישוב אתמול.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פעם, במקום כביש, היה לפעמים שביל עפר.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בדקו המייסדים לפני שהקימו את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מים, אדמה ודרך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צבעים לסמל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בתי ספר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שומרים תמונות ומסמכים ישנים על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בגן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בארכיון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הם האנשים הראשונים שהתחילו את היישוב.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שגר ביישוב הרבה שנים נקרא תושב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ב__________ שומרים תמונות ומסמכים ישנים על היישוב.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ציור קטן שמייצג את היישוב נקרא __________ היישוב.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מילה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ציור קטן שמייצג את המקום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ארכיון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גר ביישוב הרבה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סמל היישוב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לתמונות ומסמכים ישנים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בור עמוק שמוציאים ממנו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מהראשון לאחרון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הקימו בתים קטנים ושתלו עצים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הגיעו משפחות חדשות ונפתח גן ילדים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הגיעו המייסדים ובדקו מים, אדמה ודרך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המקום היה ריק – שדות וגבעות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מיינו: פעם או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שלושה בתים קטנים – זה שייך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כביש עם רמזור – זה שייך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וגם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ברז מים בכל בית – זה שייך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וגם באותה מידה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הם המייסדים?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פעם להיום ביישוב?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