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להקמת יישוב ולהתפתחותו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בציר זמן מהעבר להיום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המייסדים והתושבים הוותיקים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הם הגיעו ראשונים ובדקו את התנאים במקום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ארכיון הוא מקום לתמונות ומסמכים ישנים, לא 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תושב ותיק הוא מי שגר ביישוב הרבה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השביל הפך לכביש רק מאוחר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סמל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בסדר האירועים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מים, אדמה ודרך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הגיעו משפחות חדשות ונפתח גן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בארכיון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שדות וגבעות ריקים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ציור קטן שמייצג את המקום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מייסדים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ארכיון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שביל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מילה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(בור עמוק שמוציאים ממנו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לתמונות ומסמכים ישנים)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(ציור קטן שמייצג את המקום)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(גר ביישוב הרבה 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(האנשים הראשונים ביישוב)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מהראשון לאחרון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המקום היה ריק – שדות וגבעות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הגיעו המייסדים ובדקו מים, אדמה ודרך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הקימו בתים קטנים ושתלו 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הגיעו משפחות חדשות ונפתח גן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נפתח בית ספר והשביל הפך לכביש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היום – יישוב גדול ומלא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מיינו: פעם או היום?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האנשים הראשונים שהתחילו את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פעם היה קטן ופשוט, היום גדול ומפותח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תמונות ומסמכים ישנים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תמונות ישנות של היישוב כדי להמחיש את השינוי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משימת הסידור הכרונולוגי בקבוצות קטנות לפני המילוי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משימת הכתיבה לראיון אמיתי עם קרוב משפחה ותיק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מקום קטן הופך למקום גדול. לומדים גם מי התחיל את היישוב.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מייסדים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 הראשונים שהתחילו את היישוב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תושב ותיק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שגר ביישוב הרבה שנים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ארכיון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לתמונות ומסמכים ישנים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 היישוב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קטן שמייצג את המקום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בור עמוק שמוציאים ממנו 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שביל עפר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צרה וחומה שהיתה פעם במקום 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אנשים גרים ביחד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המייסדים הם האנשים הראשונים שהתחילו את היישוב.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ארכיון הוא מקום שבו שומרים 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תושב ותיק הוא מי שהגיע ליישוב אתמול.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פעם, במקום כביש, היה לפעמים שביל עפר.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היישוב הוא ציור שמייצג את המקום.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המייסדים בדקו מים, אדמה ודרך לפני שהקימו את היישוב.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המייסדים בדקו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מים, אדמה ודרך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צבעים לסמל היישוב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בתי ספר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שמות לרחובות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אחרי הבתים הראשונים?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המקום נשאר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הגיעו משפחות חדשות ונפתח גן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נבנה כביש ראשי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עזבו את 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שומרים דברים ישנים מהיישוב?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בגן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בארכיון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נראה המקום לפני שהגיעו אנשים?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יישוב גדול ומלא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שדות וגבעות ריקים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עם 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סמל היישוב?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 קטן שמייצג את 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מפה של הכבישים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תעודת לידה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הם האנשים הראשונים שהתחילו את היישוב.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שגר ביישוב הרבה שנים נקרא תושב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שומרים תמונות ומסמכים ישנים על היישוב.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ציור קטן שמייצג את היישוב נקרא __________ היישוב.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פעם היו שואבים מים מ__________ עמוקה.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בתחילת הדרך, במקום כביש, היה שם __________ עפר צר.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מילה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האנשים הראשונים ביישוב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ארכיון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גר ביישוב הרבה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סמל היישוב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לתמונות ומסמכים ישנים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תושב ותיק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ציור קטן שמייצג את המקום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מייסדים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בור עמוק שמוציאים ממנו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מהראשון לאחרון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נפתח בית ספר והשביל הפך לכביש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הגיעו משפחות חדשות ונפתח גן ילדים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הגיעו המייסדים ובדקו מים, אדמה ודרך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היה ריק – שדות וגבעות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– יישוב גדול ומלא חיים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הקימו בתים קטנים ושתלו עצים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מיינו: פעם או היום?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שלושה בתים קטנים - פעם או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כביש עם רמזור - פעם או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מים מבאר - פעם או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ברז מים בבית - פעם או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עגלה עם סוס - פעם או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אוטובוס לבית הספר - פעם או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הם המייסדים?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פעם להיום ביישוב?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שומרים בארכיון?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היישוב שלי – איך הכול התחיל?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