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להקמת יישוב ולהתפתחותו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בציר זמן מהעבר להיום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המייסדים והתושבים הוותיקים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הגיעו ראשונים ובדקו את התנאים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ארכיון הוא מקום לתמונות ומסמכים ישנים, לא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תושב ותיק הוא מי שגר ביישוב הרבה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השביל הפך לכביש רק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סמל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בסדר האירועים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מים, אדמה 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הגיעו משפחות חדשות ונפתח גן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שדות וגבעות ריקים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ציור קטן שמייצג את המקום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(בור עמוק שמוציאים ממנו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לתמונות ומסמכים 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(ציור קטן שמייצג את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(גר ביישוב הרבה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(האנשים הראשונים ביישוב)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מהראשון לאחרון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המקום היה ריק – שדות וגבעות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הגיעו המייסדים ובדקו מים, אדמה 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הקימו בתים קטנים ושתלו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הגיעו משפחות חדשות ונפתח גן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נפתח בית ספר והשביל הפך לכביש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היום – יישוב גדול ומלא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מיינו: פעם או היום?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האנשים הראשונים שהתחילו את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פעם היה קטן ופשוט, היום גדול ומפותח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תמונות ומסמכים ישנים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ישנות של היישוב כדי להמחיש את השינוי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משימת הסידור הכרונולוגי בקבוצות קטנות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משימת הכתיבה לראיון אמיתי עם קרוב משפחה ותיק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יישוב קטן הופך עם הזמן למקום גדול ומלא חיים, ומי הם האנשים שהתחילו את הסיפור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הם האנשים הראשונים שהתחילו את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ארכיון הוא מקום שבו שומרים 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 ותיק הוא מי שהגיע ליישוב אתמול.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פעם, במקום כביש, היה לפעמים שביל עפר.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היישוב הוא ציור שמייצג את המקום.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בדקו מים, אדמה ודרך לפני שהקימו את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בדקו המייסדים לפני שהקימו את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מים, אדמה ודרך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צבעים לסמל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בתי ספר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לרחובות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אחרי שהקימו בתים קטנים ושתלו עצים?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המקום נשאר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הגיעו משפחות חדשות ונפתח 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נבנה כביש ראשי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עזבו את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שומרים תמונות ומסמכים ישנים על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בגן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בארכיון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במקום לפני שהגיעו המייסדים?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גדול ומלא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שדות וגבעות ריקים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עם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מתאר סמל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קטן שמייצג את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של הכבישים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לידה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הם האנשים הראשונים שהתחילו את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שגר ביישוב הרבה שנים נקרא תושב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שומרים תמונות ומסמכים ישנים על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ציור קטן שמייצג את היישוב נקרא __________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פעם היו שואבים מים מ__________ עמוקה.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בתחילת הדרך, במקום כביש, היה שם __________ עפר צר.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גר ביישוב הרבה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ארכיון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ציור קטן שמייצג את המקום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סמל היישוב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האנשים הראשונים ביישוב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בור עמוק שמוציאים ממנו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לתמונות ומסמכים ישנים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מהראשון לאחרון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היה ריק – שדות וגבעות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הגיעו המייסדים ובדקו מים, אדמה ודרך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הגיעו משפחות חדשות ונפתח גן ילדים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– יישוב גדול ומלא 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נפתח בית ספר והשביל הפך לכביש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הקימו בתים קטנים ושתלו עצים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מיינו: פעם או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שלושה בתים קטנים – זה שייך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כביש עם רמזור – זה שייך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מים מבאר – זה שייך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ברז מים בכל בית – זה שייך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עגלה עם סוס – זה שייך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אוטובוס לבית הספר – זה שייך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המייסדים?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פעם להיום ביישוב?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שומרים בארכיון?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